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TERRAMANCER</w:t>
      </w:r>
    </w:p>
    <w:p>
      <w:pPr>
        <w:pStyle w:val="EarthAccent"/>
        <w:jc w:val="center"/>
      </w:pPr>
      <w:r>
        <w:t>CHARACTER SHEET</w:t>
      </w:r>
    </w:p>
    <w:p>
      <w:pPr>
        <w:jc w:val="center"/>
      </w:pPr>
      <w:r>
        <w:rPr>
          <w:color w:val="8B4513"/>
        </w:rPr>
        <w:t>▂▂▂▂▂▂▂▂▂▂▂▂▂▂▂▂▂▂▂▂▂▂▂▂▂▂▂▂▂▂</w:t>
      </w:r>
    </w:p>
    <w:p>
      <w:pPr>
        <w:pStyle w:val="EarthText"/>
      </w:pPr>
      <w:r>
        <w:t xml:space="preserve"> 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160"/>
        <w:gridCol w:w="3600"/>
        <w:gridCol w:w="2160"/>
        <w:gridCol w:w="3600"/>
      </w:tblGrid>
      <w:tr>
        <w:tc>
          <w:tcPr>
            <w:tcW w:type="dxa" w:w="2700"/>
          </w:tcPr>
          <w:p>
            <w:pPr>
              <w:pStyle w:val="EarthText"/>
            </w:pPr>
            <w:r>
              <w:t>Character Name: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  <w:tc>
          <w:tcPr>
            <w:tcW w:type="dxa" w:w="2700"/>
          </w:tcPr>
          <w:p>
            <w:pPr>
              <w:pStyle w:val="EarthText"/>
            </w:pPr>
            <w:r>
              <w:t>Player Name: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</w:tr>
      <w:tr>
        <w:tc>
          <w:tcPr>
            <w:tcW w:type="dxa" w:w="2700"/>
          </w:tcPr>
          <w:p>
            <w:pPr>
              <w:pStyle w:val="EarthText"/>
            </w:pPr>
            <w:r>
              <w:t>Class &amp; Subclass:</w:t>
            </w:r>
          </w:p>
        </w:tc>
        <w:tc>
          <w:tcPr>
            <w:tcW w:type="dxa" w:w="2700"/>
          </w:tcPr>
          <w:p>
            <w:pPr>
              <w:pStyle w:val="EarthText"/>
            </w:pPr>
            <w:r>
              <w:t>Terramancer</w:t>
            </w:r>
          </w:p>
        </w:tc>
        <w:tc>
          <w:tcPr>
            <w:tcW w:type="dxa" w:w="2700"/>
          </w:tcPr>
          <w:p>
            <w:pPr>
              <w:pStyle w:val="EarthText"/>
            </w:pPr>
            <w:r>
              <w:t>Level: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</w:tr>
      <w:tr>
        <w:tc>
          <w:tcPr>
            <w:tcW w:type="dxa" w:w="2160"/>
          </w:tcPr>
          <w:p>
            <w:pPr>
              <w:pStyle w:val="EarthText"/>
            </w:pPr>
            <w:r>
              <w:t>Background:</w:t>
            </w:r>
          </w:p>
        </w:tc>
        <w:tc>
          <w:tcPr>
            <w:tcW w:type="dxa" w:w="3600"/>
          </w:tcPr>
          <w:p>
            <w:pPr>
              <w:pStyle w:val="EarthText"/>
            </w:pPr>
            <w:r/>
          </w:p>
        </w:tc>
        <w:tc>
          <w:tcPr>
            <w:tcW w:type="dxa" w:w="2160"/>
          </w:tcPr>
          <w:p>
            <w:pPr>
              <w:pStyle w:val="EarthText"/>
            </w:pPr>
            <w:r>
              <w:t>Race:</w:t>
            </w:r>
          </w:p>
        </w:tc>
        <w:tc>
          <w:tcPr>
            <w:tcW w:type="dxa" w:w="3600"/>
          </w:tcPr>
          <w:p>
            <w:pPr>
              <w:pStyle w:val="EarthText"/>
            </w:pPr>
            <w:r/>
          </w:p>
        </w:tc>
      </w:tr>
      <w:tr>
        <w:tc>
          <w:tcPr>
            <w:tcW w:type="dxa" w:w="2160"/>
          </w:tcPr>
          <w:p>
            <w:pPr>
              <w:pStyle w:val="EarthText"/>
            </w:pPr>
            <w:r>
              <w:t>Alignment:</w:t>
            </w:r>
          </w:p>
        </w:tc>
        <w:tc>
          <w:tcPr>
            <w:tcW w:type="dxa" w:w="3600"/>
          </w:tcPr>
          <w:p>
            <w:pPr>
              <w:pStyle w:val="EarthText"/>
            </w:pPr>
            <w:r/>
          </w:p>
        </w:tc>
        <w:tc>
          <w:tcPr>
            <w:tcW w:type="dxa" w:w="2160"/>
          </w:tcPr>
          <w:p>
            <w:pPr>
              <w:pStyle w:val="EarthText"/>
            </w:pPr>
            <w:r>
              <w:t>Experience Points:</w:t>
            </w:r>
          </w:p>
        </w:tc>
        <w:tc>
          <w:tcPr>
            <w:tcW w:type="dxa" w:w="3600"/>
          </w:tcPr>
          <w:p>
            <w:pPr>
              <w:pStyle w:val="EarthText"/>
            </w:pPr>
            <w:r/>
          </w:p>
        </w:tc>
      </w:tr>
    </w:tbl>
    <w:p>
      <w:pPr>
        <w:pStyle w:val="EarthText"/>
      </w:pPr>
      <w:r>
        <w:t xml:space="preserve"> </w:t>
      </w:r>
    </w:p>
    <w:p>
      <w:pPr>
        <w:pStyle w:val="Heading1"/>
      </w:pPr>
      <w:r>
        <w:t>ABILITY SCORES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1152"/>
        <w:gridCol w:w="1152"/>
        <w:gridCol w:w="1152"/>
        <w:gridCol w:w="1152"/>
        <w:gridCol w:w="1152"/>
        <w:gridCol w:w="1152"/>
      </w:tblGrid>
      <w:tr>
        <w:tc>
          <w:tcPr>
            <w:tcW w:type="dxa" w:w="1800"/>
          </w:tcPr>
          <w:p>
            <w:pPr>
              <w:pStyle w:val="EarthAccent"/>
              <w:jc w:val="center"/>
            </w:pPr>
            <w:r>
              <w:t>STR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DEX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CON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INT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WIS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CHA</w:t>
            </w:r>
          </w:p>
        </w:tc>
      </w:tr>
      <w:tr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</w:tr>
      <w:tr>
        <w:tc>
          <w:tcPr>
            <w:tcW w:type="dxa" w:w="1800"/>
          </w:tcPr>
          <w:p>
            <w:pPr>
              <w:pStyle w:val="EarthAccent"/>
              <w:jc w:val="center"/>
            </w:pPr>
            <w:r>
              <w:t>MOD: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MOD: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MOD: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MOD: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MOD: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MOD:</w:t>
            </w:r>
          </w:p>
        </w:tc>
      </w:tr>
    </w:tbl>
    <w:p>
      <w:pPr>
        <w:pStyle w:val="EarthText"/>
      </w:pPr>
      <w:r>
        <w:t xml:space="preserve"> </w:t>
      </w:r>
    </w:p>
    <w:p>
      <w:pPr>
        <w:pStyle w:val="Heading1"/>
      </w:pPr>
      <w:r>
        <w:t>COMBAT STATS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700"/>
          </w:tcPr>
          <w:p>
            <w:pPr>
              <w:pStyle w:val="EarthText"/>
            </w:pPr>
            <w:r>
              <w:t>Armor Class (AC):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  <w:tc>
          <w:tcPr>
            <w:tcW w:type="dxa" w:w="2700"/>
          </w:tcPr>
          <w:p>
            <w:pPr>
              <w:pStyle w:val="EarthText"/>
            </w:pPr>
            <w:r>
              <w:t>Initiative: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</w:tr>
      <w:tr>
        <w:tc>
          <w:tcPr>
            <w:tcW w:type="dxa" w:w="2700"/>
          </w:tcPr>
          <w:p>
            <w:pPr>
              <w:pStyle w:val="EarthText"/>
            </w:pPr>
            <w:r>
              <w:t>Hit Points (HP):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  <w:tc>
          <w:tcPr>
            <w:tcW w:type="dxa" w:w="2700"/>
          </w:tcPr>
          <w:p>
            <w:pPr>
              <w:pStyle w:val="EarthText"/>
            </w:pPr>
            <w:r>
              <w:t>Hit Dice: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</w:tr>
      <w:tr>
        <w:tc>
          <w:tcPr>
            <w:tcW w:type="dxa" w:w="2700"/>
          </w:tcPr>
          <w:p>
            <w:pPr>
              <w:pStyle w:val="EarthText"/>
            </w:pPr>
            <w:r>
              <w:t>Current HP: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  <w:tc>
          <w:tcPr>
            <w:tcW w:type="dxa" w:w="2700"/>
          </w:tcPr>
          <w:p>
            <w:pPr>
              <w:pStyle w:val="EarthText"/>
            </w:pPr>
            <w:r>
              <w:t>Temp HP: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</w:tr>
      <w:tr>
        <w:tc>
          <w:tcPr>
            <w:tcW w:type="dxa" w:w="2700"/>
          </w:tcPr>
          <w:p>
            <w:pPr>
              <w:pStyle w:val="EarthText"/>
            </w:pPr>
            <w:r>
              <w:t>Speed: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  <w:tc>
          <w:tcPr>
            <w:tcW w:type="dxa" w:w="2700"/>
          </w:tcPr>
          <w:p>
            <w:pPr>
              <w:pStyle w:val="EarthText"/>
            </w:pPr>
            <w:r>
              <w:t>Proficiency Bonus: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</w:tr>
    </w:tbl>
    <w:p>
      <w:pPr>
        <w:pStyle w:val="EarthText"/>
      </w:pPr>
      <w:r>
        <w:t xml:space="preserve"> </w:t>
      </w:r>
    </w:p>
    <w:p>
      <w:pPr>
        <w:pStyle w:val="Heading1"/>
      </w:pPr>
      <w:r>
        <w:t>SPELLCASTING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2880"/>
      </w:tblGrid>
      <w:tr>
        <w:tc>
          <w:tcPr>
            <w:tcW w:type="dxa" w:w="5400"/>
          </w:tcPr>
          <w:p>
            <w:pPr>
              <w:pStyle w:val="EarthText"/>
            </w:pPr>
            <w:r>
              <w:t>Spellcasting Ability</w:t>
            </w:r>
          </w:p>
        </w:tc>
        <w:tc>
          <w:tcPr>
            <w:tcW w:type="dxa" w:w="5400"/>
          </w:tcPr>
          <w:p>
            <w:pPr>
              <w:pStyle w:val="EarthText"/>
            </w:pPr>
            <w:r/>
          </w:p>
        </w:tc>
      </w:tr>
      <w:tr>
        <w:tc>
          <w:tcPr>
            <w:tcW w:type="dxa" w:w="5400"/>
          </w:tcPr>
          <w:p>
            <w:pPr>
              <w:pStyle w:val="EarthText"/>
            </w:pPr>
            <w:r>
              <w:t>Spell Save DC</w:t>
            </w:r>
          </w:p>
        </w:tc>
        <w:tc>
          <w:tcPr>
            <w:tcW w:type="dxa" w:w="5400"/>
          </w:tcPr>
          <w:p>
            <w:pPr>
              <w:pStyle w:val="EarthText"/>
            </w:pPr>
            <w:r>
              <w:t>8 + Prof + INT</w:t>
            </w:r>
          </w:p>
        </w:tc>
      </w:tr>
      <w:tr>
        <w:tc>
          <w:tcPr>
            <w:tcW w:type="dxa" w:w="5400"/>
          </w:tcPr>
          <w:p>
            <w:pPr>
              <w:pStyle w:val="EarthText"/>
            </w:pPr>
            <w:r>
              <w:t>Spell Attack Bonus</w:t>
            </w:r>
          </w:p>
        </w:tc>
        <w:tc>
          <w:tcPr>
            <w:tcW w:type="dxa" w:w="5400"/>
          </w:tcPr>
          <w:p>
            <w:pPr>
              <w:pStyle w:val="EarthText"/>
            </w:pPr>
            <w:r>
              <w:t>Prof + INT</w:t>
            </w:r>
          </w:p>
        </w:tc>
      </w:tr>
    </w:tbl>
    <w:p>
      <w:pPr>
        <w:pStyle w:val="EarthText"/>
      </w:pPr>
      <w:r>
        <w:t xml:space="preserve"> </w:t>
      </w:r>
    </w:p>
    <w:p>
      <w:pPr>
        <w:pStyle w:val="Heading1"/>
      </w:pPr>
      <w:r>
        <w:t>SAVING THROWS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1152"/>
        <w:gridCol w:w="1152"/>
        <w:gridCol w:w="1152"/>
        <w:gridCol w:w="1152"/>
        <w:gridCol w:w="1152"/>
        <w:gridCol w:w="1152"/>
      </w:tblGrid>
      <w:tr>
        <w:tc>
          <w:tcPr>
            <w:tcW w:type="dxa" w:w="1800"/>
          </w:tcPr>
          <w:p>
            <w:pPr>
              <w:pStyle w:val="EarthAccent"/>
              <w:jc w:val="center"/>
            </w:pPr>
            <w:r>
              <w:t>STR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DEX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CON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INT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WIS</w:t>
            </w:r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>
              <w:t>CHA</w:t>
            </w:r>
          </w:p>
        </w:tc>
      </w:tr>
      <w:tr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  <w:tc>
          <w:tcPr>
            <w:tcW w:type="dxa" w:w="1800"/>
          </w:tcPr>
          <w:p>
            <w:pPr>
              <w:pStyle w:val="EarthAccent"/>
              <w:jc w:val="center"/>
            </w:pPr>
            <w:r/>
          </w:p>
        </w:tc>
      </w:tr>
    </w:tbl>
    <w:p>
      <w:pPr>
        <w:pStyle w:val="EarthText"/>
      </w:pPr>
      <w:r>
        <w:t xml:space="preserve"> </w:t>
      </w:r>
    </w:p>
    <w:p>
      <w:pPr>
        <w:pStyle w:val="Heading1"/>
      </w:pPr>
      <w:r>
        <w:t>SKILLS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3600"/>
          </w:tcPr>
          <w:p>
            <w:pPr>
              <w:pStyle w:val="EarthText"/>
            </w:pPr>
            <w:r>
              <w:t>☐ Acrobatics (DEX)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Animal Handling (WIS)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Arcana (INT)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3600"/>
          </w:tcPr>
          <w:p>
            <w:pPr>
              <w:pStyle w:val="EarthText"/>
            </w:pPr>
            <w:r>
              <w:t>☐ Athletics (STR)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Deception (CHA)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History (INT)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3600"/>
          </w:tcPr>
          <w:p>
            <w:pPr>
              <w:pStyle w:val="EarthText"/>
            </w:pPr>
            <w:r>
              <w:t>☐ Insight (WIS)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Intimidation (CHA)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Investigation (INT)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3600"/>
          </w:tcPr>
          <w:p>
            <w:pPr>
              <w:pStyle w:val="EarthText"/>
            </w:pPr>
            <w:r>
              <w:t>☐ Medicine (WIS)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Nature (INT)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Perception (WIS)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3600"/>
          </w:tcPr>
          <w:p>
            <w:pPr>
              <w:pStyle w:val="EarthText"/>
            </w:pPr>
            <w:r>
              <w:t>☐ Performance (CHA)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Persuasion (CHA)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Religion (INT)</w:t>
            </w:r>
          </w:p>
        </w:tc>
      </w:tr>
    </w:tbl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3600"/>
          </w:tcPr>
          <w:p>
            <w:pPr>
              <w:pStyle w:val="EarthText"/>
            </w:pPr>
            <w:r>
              <w:t>☐ Sleight of Hand (DEX)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Stealth (DEX)</w:t>
            </w:r>
          </w:p>
        </w:tc>
        <w:tc>
          <w:tcPr>
            <w:tcW w:type="dxa" w:w="3600"/>
          </w:tcPr>
          <w:p>
            <w:pPr>
              <w:pStyle w:val="EarthText"/>
            </w:pPr>
            <w:r>
              <w:t>☐ Survival (WIS)</w:t>
            </w:r>
          </w:p>
        </w:tc>
      </w:tr>
    </w:tbl>
    <w:p>
      <w:pPr>
        <w:pStyle w:val="EarthText"/>
      </w:pPr>
      <w:r>
        <w:t xml:space="preserve"> </w:t>
      </w:r>
    </w:p>
    <w:p>
      <w:pPr>
        <w:pStyle w:val="Heading1"/>
      </w:pPr>
      <w:r>
        <w:t>PROFICIENCIES &amp; LANGUAGES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160"/>
        <w:gridCol w:w="6480"/>
      </w:tblGrid>
      <w:tr>
        <w:tc>
          <w:tcPr>
            <w:tcW w:type="dxa" w:w="5400"/>
          </w:tcPr>
          <w:p>
            <w:pPr>
              <w:pStyle w:val="EarthText"/>
            </w:pPr>
            <w:r>
              <w:t>Armor:</w:t>
            </w:r>
          </w:p>
        </w:tc>
        <w:tc>
          <w:tcPr>
            <w:tcW w:type="dxa" w:w="5400"/>
          </w:tcPr>
          <w:p>
            <w:pPr>
              <w:pStyle w:val="EarthText"/>
            </w:pPr>
            <w:r/>
          </w:p>
        </w:tc>
      </w:tr>
      <w:tr>
        <w:tc>
          <w:tcPr>
            <w:tcW w:type="dxa" w:w="5400"/>
          </w:tcPr>
          <w:p>
            <w:pPr>
              <w:pStyle w:val="EarthText"/>
            </w:pPr>
            <w:r>
              <w:t>Weapons:</w:t>
            </w:r>
          </w:p>
        </w:tc>
        <w:tc>
          <w:tcPr>
            <w:tcW w:type="dxa" w:w="5400"/>
          </w:tcPr>
          <w:p>
            <w:pPr>
              <w:pStyle w:val="EarthText"/>
            </w:pPr>
            <w:r/>
          </w:p>
        </w:tc>
      </w:tr>
      <w:tr>
        <w:tc>
          <w:tcPr>
            <w:tcW w:type="dxa" w:w="5400"/>
          </w:tcPr>
          <w:p>
            <w:pPr>
              <w:pStyle w:val="EarthText"/>
            </w:pPr>
            <w:r>
              <w:t>Tools:</w:t>
            </w:r>
          </w:p>
        </w:tc>
        <w:tc>
          <w:tcPr>
            <w:tcW w:type="dxa" w:w="5400"/>
          </w:tcPr>
          <w:p>
            <w:pPr>
              <w:pStyle w:val="EarthText"/>
            </w:pPr>
            <w:r/>
          </w:p>
        </w:tc>
      </w:tr>
      <w:tr>
        <w:tc>
          <w:tcPr>
            <w:tcW w:type="dxa" w:w="5400"/>
          </w:tcPr>
          <w:p>
            <w:pPr>
              <w:pStyle w:val="EarthText"/>
            </w:pPr>
            <w:r>
              <w:t>Languages:</w:t>
            </w:r>
          </w:p>
        </w:tc>
        <w:tc>
          <w:tcPr>
            <w:tcW w:type="dxa" w:w="5400"/>
          </w:tcPr>
          <w:p>
            <w:pPr>
              <w:pStyle w:val="EarthText"/>
            </w:pPr>
            <w:r/>
          </w:p>
        </w:tc>
      </w:tr>
    </w:tbl>
    <w:p>
      <w:pPr>
        <w:pStyle w:val="EarthText"/>
      </w:pPr>
      <w:r>
        <w:t xml:space="preserve"> </w:t>
      </w:r>
    </w:p>
    <w:p>
      <w:pPr>
        <w:pStyle w:val="Heading1"/>
      </w:pPr>
      <w:r>
        <w:t>EQUIPMENT &amp; TREASURE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10800"/>
          </w:tcPr>
          <w:p>
            <w:pPr>
              <w:pStyle w:val="EarthText"/>
            </w:pPr>
            <w:r/>
          </w:p>
        </w:tc>
      </w:tr>
    </w:tbl>
    <w:p>
      <w:pPr>
        <w:pStyle w:val="EarthText"/>
      </w:pPr>
      <w:r>
        <w:t xml:space="preserve"> </w:t>
      </w:r>
    </w:p>
    <w:p>
      <w:pPr>
        <w:pStyle w:val="Heading1"/>
      </w:pPr>
      <w:r>
        <w:t>SPELLS &amp; CLASS FEATURES</w:t>
      </w:r>
    </w:p>
    <w:p>
      <w:pPr>
        <w:pStyle w:val="Heading2"/>
      </w:pPr>
      <w:r>
        <w:t>MATERIAL COMPONENTS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1440"/>
        <w:gridCol w:w="1440"/>
        <w:gridCol w:w="2880"/>
      </w:tblGrid>
      <w:tr>
        <w:tc>
          <w:tcPr>
            <w:tcW w:type="dxa" w:w="2700"/>
          </w:tcPr>
          <w:p>
            <w:pPr>
              <w:pStyle w:val="EarthText"/>
            </w:pPr>
            <w:r>
              <w:t>Component</w:t>
            </w:r>
          </w:p>
        </w:tc>
        <w:tc>
          <w:tcPr>
            <w:tcW w:type="dxa" w:w="2700"/>
          </w:tcPr>
          <w:p>
            <w:pPr>
              <w:pStyle w:val="EarthText"/>
            </w:pPr>
            <w:r>
              <w:t>Quantity</w:t>
            </w:r>
          </w:p>
        </w:tc>
        <w:tc>
          <w:tcPr>
            <w:tcW w:type="dxa" w:w="2700"/>
          </w:tcPr>
          <w:p>
            <w:pPr>
              <w:pStyle w:val="EarthText"/>
            </w:pPr>
            <w:r>
              <w:t>Cost (gp)</w:t>
            </w:r>
          </w:p>
        </w:tc>
        <w:tc>
          <w:tcPr>
            <w:tcW w:type="dxa" w:w="2700"/>
          </w:tcPr>
          <w:p>
            <w:pPr>
              <w:pStyle w:val="EarthText"/>
            </w:pPr>
            <w:r>
              <w:t>Notes</w:t>
            </w:r>
          </w:p>
        </w:tc>
      </w:tr>
      <w:tr>
        <w:tc>
          <w:tcPr>
            <w:tcW w:type="dxa" w:w="2700"/>
          </w:tcPr>
          <w:p>
            <w:pPr>
              <w:pStyle w:val="EarthText"/>
            </w:pPr>
            <w:r>
              <w:t>Precious Stones (50+ gp)</w:t>
            </w:r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  <w:tc>
          <w:tcPr>
            <w:tcW w:type="dxa" w:w="2700"/>
          </w:tcPr>
          <w:p>
            <w:pPr>
              <w:pStyle w:val="EarthText"/>
            </w:pPr>
            <w:r/>
          </w:p>
        </w:tc>
      </w:tr>
      <w:tr>
        <w:tc>
          <w:tcPr>
            <w:tcW w:type="dxa" w:w="2880"/>
          </w:tcPr>
          <w:p>
            <w:r>
              <w:t>Diamond Dust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EarthText"/>
      </w:pPr>
      <w:r>
        <w:t xml:space="preserve"> </w:t>
      </w:r>
    </w:p>
    <w:p>
      <w:pPr>
        <w:pStyle w:val="Heading2"/>
      </w:pPr>
      <w:r>
        <w:t>SPELL SLOTS</w:t>
      </w:r>
    </w:p>
    <w:p>
      <w:pPr>
        <w:pStyle w:val="EarthText"/>
      </w:pPr>
      <w:r>
        <w:t>Check off as you use them:</w:t>
      </w:r>
    </w:p>
    <w:p>
      <w:pPr>
        <w:pStyle w:val="EarthText"/>
      </w:pPr>
      <w:r>
        <w:rPr>
          <w:b/>
        </w:rPr>
        <w:t>☐ 1st</w:t>
      </w:r>
    </w:p>
    <w:p>
      <w:pPr>
        <w:pStyle w:val="EarthText"/>
      </w:pPr>
      <w:r>
        <w:rPr>
          <w:b/>
        </w:rPr>
        <w:t>☐ 2nd</w:t>
      </w:r>
    </w:p>
    <w:p>
      <w:pPr>
        <w:pStyle w:val="EarthText"/>
      </w:pPr>
      <w:r>
        <w:rPr>
          <w:b/>
        </w:rPr>
        <w:t>☐ 3rd</w:t>
      </w:r>
    </w:p>
    <w:p>
      <w:pPr>
        <w:pStyle w:val="EarthText"/>
      </w:pPr>
      <w:r>
        <w:rPr>
          <w:b/>
        </w:rPr>
        <w:t>☐ 4th</w:t>
      </w:r>
    </w:p>
    <w:p>
      <w:pPr>
        <w:pStyle w:val="EarthText"/>
      </w:pPr>
      <w:r>
        <w:rPr>
          <w:b/>
        </w:rPr>
        <w:t>☐ 5th</w:t>
      </w:r>
    </w:p>
    <w:p>
      <w:pPr>
        <w:pStyle w:val="EarthText"/>
      </w:pPr>
      <w:r>
        <w:rPr>
          <w:b/>
        </w:rPr>
        <w:t>☐ 6th</w:t>
      </w:r>
    </w:p>
    <w:p>
      <w:pPr>
        <w:pStyle w:val="EarthText"/>
      </w:pPr>
      <w:r>
        <w:rPr>
          <w:b/>
        </w:rPr>
        <w:t>☐ 7th</w:t>
      </w:r>
    </w:p>
    <w:p>
      <w:pPr>
        <w:pStyle w:val="EarthText"/>
      </w:pPr>
      <w:r>
        <w:rPr>
          <w:b/>
        </w:rPr>
        <w:t>☐ 8th</w:t>
      </w:r>
    </w:p>
    <w:p>
      <w:pPr>
        <w:pStyle w:val="EarthText"/>
      </w:pPr>
      <w:r>
        <w:rPr>
          <w:b/>
        </w:rPr>
        <w:t>☐ 9th</w:t>
      </w:r>
    </w:p>
    <w:p>
      <w:pPr>
        <w:pStyle w:val="EarthText"/>
      </w:pPr>
      <w:r>
        <w:t xml:space="preserve"> </w:t>
      </w:r>
    </w:p>
    <w:p>
      <w:pPr>
        <w:pStyle w:val="Heading2"/>
      </w:pPr>
      <w:r>
        <w:t>SPELLS KNOWN</w:t>
      </w:r>
    </w:p>
    <w:p>
      <w:pPr>
        <w:pStyle w:val="EarthAccent"/>
      </w:pPr>
      <w:r>
        <w:t>Cantrips:</w:t>
      </w:r>
    </w:p>
    <w:p>
      <w:pPr>
        <w:pStyle w:val="EarthAccent"/>
      </w:pPr>
      <w:r>
        <w:t>1st:</w:t>
      </w:r>
    </w:p>
    <w:p>
      <w:pPr>
        <w:pStyle w:val="EarthAccent"/>
      </w:pPr>
      <w:r>
        <w:t>2nd:</w:t>
      </w:r>
    </w:p>
    <w:p>
      <w:pPr>
        <w:pStyle w:val="EarthAccent"/>
      </w:pPr>
      <w:r>
        <w:t>3rd:</w:t>
      </w:r>
    </w:p>
    <w:p>
      <w:pPr>
        <w:pStyle w:val="EarthAccent"/>
      </w:pPr>
      <w:r>
        <w:t>4th:</w:t>
      </w:r>
    </w:p>
    <w:p>
      <w:pPr>
        <w:pStyle w:val="EarthAccent"/>
      </w:pPr>
      <w:r>
        <w:t>5th:</w:t>
      </w:r>
    </w:p>
    <w:p>
      <w:pPr>
        <w:pStyle w:val="EarthAccent"/>
      </w:pPr>
      <w:r>
        <w:t>6th:</w:t>
      </w:r>
    </w:p>
    <w:p>
      <w:pPr>
        <w:pStyle w:val="EarthAccent"/>
      </w:pPr>
      <w:r>
        <w:t>7th:</w:t>
      </w:r>
    </w:p>
    <w:p>
      <w:pPr>
        <w:pStyle w:val="EarthAccent"/>
      </w:pPr>
      <w:r>
        <w:t>8th:</w:t>
      </w:r>
    </w:p>
    <w:p>
      <w:pPr>
        <w:pStyle w:val="EarthAccent"/>
      </w:pPr>
      <w:r>
        <w:t>9th:</w:t>
      </w:r>
    </w:p>
    <w:p>
      <w:pPr>
        <w:pStyle w:val="EarthText"/>
      </w:pPr>
      <w:r>
        <w:t xml:space="preserve"> </w:t>
      </w:r>
    </w:p>
    <w:p>
      <w:pPr>
        <w:pStyle w:val="Heading2"/>
      </w:pPr>
      <w:r>
        <w:t>SPELLS PREPARED TODAY</w:t>
      </w:r>
    </w:p>
    <w:p>
      <w:pPr>
        <w:pStyle w:val="EarthText"/>
      </w:pPr>
      <w:r>
        <w:t>Int mod + level (min 1):</w:t>
      </w:r>
    </w:p>
    <w:p>
      <w:pPr>
        <w:pStyle w:val="EarthText"/>
      </w:pPr>
      <w:r>
        <w:t xml:space="preserve"> </w:t>
      </w:r>
    </w:p>
    <w:p>
      <w:pPr>
        <w:pStyle w:val="Heading2"/>
      </w:pPr>
      <w:r>
        <w:t>CLASS FEATURES</w:t>
      </w:r>
    </w:p>
    <w:p>
      <w:pPr>
        <w:pStyle w:val="EarthText"/>
      </w:pPr>
      <w:r>
        <w:t>Check as you gain:</w:t>
      </w:r>
    </w:p>
    <w:p>
      <w:pPr>
        <w:pStyle w:val="EarthText"/>
      </w:pPr>
      <w:r>
        <w:rPr>
          <w:b/>
        </w:rPr>
        <w:t>☐ Spellcasting</w:t>
      </w:r>
    </w:p>
    <w:p>
      <w:pPr>
        <w:pStyle w:val="EarthText"/>
      </w:pPr>
      <w:r>
        <w:rPr>
          <w:b/>
        </w:rPr>
        <w:t>☐ Resist Elements</w:t>
      </w:r>
    </w:p>
    <w:p>
      <w:pPr>
        <w:pStyle w:val="EarthText"/>
      </w:pPr>
      <w:r>
        <w:rPr>
          <w:b/>
        </w:rPr>
        <w:t>☐ Evocation Savant</w:t>
      </w:r>
    </w:p>
    <w:p>
      <w:pPr>
        <w:pStyle w:val="EarthText"/>
      </w:pPr>
      <w:r>
        <w:rPr>
          <w:b/>
        </w:rPr>
        <w:t>☐ Sculpt Spells</w:t>
      </w:r>
    </w:p>
    <w:p>
      <w:pPr>
        <w:pStyle w:val="EarthText"/>
      </w:pPr>
      <w:r>
        <w:rPr>
          <w:b/>
        </w:rPr>
        <w:t>☐ Dirt Nap</w:t>
      </w:r>
    </w:p>
    <w:p>
      <w:pPr>
        <w:pStyle w:val="EarthText"/>
      </w:pPr>
      <w:r>
        <w:rPr>
          <w:b/>
        </w:rPr>
        <w:t>☐ Speak with Elementals</w:t>
      </w:r>
    </w:p>
    <w:p>
      <w:pPr>
        <w:pStyle w:val="EarthText"/>
      </w:pPr>
      <w:r>
        <w:rPr>
          <w:b/>
        </w:rPr>
        <w:t>☐ Improved Resist Elements</w:t>
      </w:r>
    </w:p>
    <w:p>
      <w:pPr>
        <w:pStyle w:val="EarthText"/>
      </w:pPr>
      <w:r>
        <w:rPr>
          <w:b/>
        </w:rPr>
        <w:t>☐ Potent Cantrip</w:t>
      </w:r>
    </w:p>
    <w:p>
      <w:pPr>
        <w:pStyle w:val="EarthText"/>
      </w:pPr>
      <w:r>
        <w:rPr>
          <w:b/>
        </w:rPr>
        <w:t>☐ Elemental Travel</w:t>
      </w:r>
    </w:p>
    <w:p>
      <w:pPr>
        <w:pStyle w:val="EarthText"/>
      </w:pPr>
      <w:r>
        <w:rPr>
          <w:b/>
        </w:rPr>
        <w:t>☐ Empowered Evocation</w:t>
      </w:r>
    </w:p>
    <w:p>
      <w:pPr>
        <w:pStyle w:val="EarthText"/>
      </w:pPr>
      <w:r>
        <w:rPr>
          <w:b/>
        </w:rPr>
        <w:t>☐ Overchannel</w:t>
      </w:r>
    </w:p>
    <w:p>
      <w:pPr>
        <w:pStyle w:val="EarthText"/>
      </w:pPr>
      <w:r>
        <w:rPr>
          <w:b/>
        </w:rPr>
        <w:t>☐ Spell Mastery</w:t>
      </w:r>
    </w:p>
    <w:p>
      <w:pPr>
        <w:pStyle w:val="EarthText"/>
      </w:pPr>
      <w:r>
        <w:rPr>
          <w:b/>
        </w:rPr>
        <w:t>☐ Signature Spells</w:t>
      </w:r>
    </w:p>
    <w:p>
      <w:pPr>
        <w:pStyle w:val="EarthText"/>
      </w:pPr>
      <w:r>
        <w:t xml:space="preserve"> </w:t>
      </w:r>
    </w:p>
    <w:p>
      <w:pPr>
        <w:jc w:val="center"/>
      </w:pPr>
      <w:r>
        <w:rPr>
          <w:i/>
          <w:color w:val="8B4513"/>
        </w:rPr>
        <w:t>May the earth guide your path, Terramancer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EarthText">
    <w:name w:val="EarthText"/>
    <w:rPr>
      <w:rFonts w:ascii="Garamond" w:hAnsi="Garamond"/>
      <w:color w:val="55350A"/>
      <w:sz w:val="22"/>
    </w:rPr>
  </w:style>
  <w:style w:type="paragraph" w:customStyle="1" w:styleId="EarthAccent">
    <w:name w:val="EarthAccent"/>
    <w:rPr>
      <w:rFonts w:ascii="Garamond" w:hAnsi="Garamond"/>
      <w:b/>
      <w:color w:val="8B4513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